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会议纪要</w:t>
      </w:r>
    </w:p>
    <w:p>
      <w:pPr>
        <w:jc w:val="center"/>
      </w:pPr>
      <w:r>
        <w:t>项目/会议名称：________________________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</w:tcPr>
          <w:p>
            <w:r>
              <w:t>日期</w:t>
            </w:r>
          </w:p>
        </w:tc>
        <w:tc>
          <w:tcPr>
            <w:tcW w:type="dxa" w:w="2160"/>
            <w:vAlign w:val="center"/>
          </w:tcPr>
          <w:p>
            <w:r>
              <w:t>____年__月__日</w:t>
            </w:r>
          </w:p>
        </w:tc>
        <w:tc>
          <w:tcPr>
            <w:tcW w:type="dxa" w:w="2160"/>
            <w:vAlign w:val="center"/>
          </w:tcPr>
          <w:p>
            <w:r>
              <w:t>时间</w:t>
            </w:r>
          </w:p>
        </w:tc>
        <w:tc>
          <w:tcPr>
            <w:tcW w:type="dxa" w:w="2160"/>
            <w:vAlign w:val="center"/>
          </w:tcPr>
          <w:p>
            <w:r>
              <w:t>____ 至 ____</w:t>
            </w:r>
          </w:p>
        </w:tc>
      </w:tr>
      <w:tr>
        <w:tc>
          <w:tcPr>
            <w:tcW w:type="dxa" w:w="2160"/>
            <w:vAlign w:val="center"/>
          </w:tcPr>
          <w:p>
            <w:r>
              <w:t>地点/方式</w:t>
            </w:r>
          </w:p>
        </w:tc>
        <w:tc>
          <w:tcPr>
            <w:tcW w:type="dxa" w:w="2160"/>
            <w:vAlign w:val="center"/>
          </w:tcPr>
          <w:p>
            <w:r>
              <w:t>________________</w:t>
            </w:r>
          </w:p>
        </w:tc>
        <w:tc>
          <w:tcPr>
            <w:tcW w:type="dxa" w:w="2160"/>
            <w:vAlign w:val="center"/>
          </w:tcPr>
          <w:p>
            <w:r>
              <w:t>主持人</w:t>
            </w:r>
          </w:p>
        </w:tc>
        <w:tc>
          <w:tcPr>
            <w:tcW w:type="dxa" w:w="2160"/>
            <w:vAlign w:val="center"/>
          </w:tcPr>
          <w:p>
            <w:r>
              <w:t>____________</w:t>
            </w:r>
          </w:p>
        </w:tc>
      </w:tr>
      <w:tr>
        <w:tc>
          <w:tcPr>
            <w:tcW w:type="dxa" w:w="2160"/>
            <w:vAlign w:val="center"/>
          </w:tcPr>
          <w:p>
            <w:r>
              <w:t>记录人</w:t>
            </w:r>
          </w:p>
        </w:tc>
        <w:tc>
          <w:tcPr>
            <w:tcW w:type="dxa" w:w="2160"/>
            <w:vAlign w:val="center"/>
          </w:tcPr>
          <w:p>
            <w:r>
              <w:t>____________</w:t>
            </w:r>
          </w:p>
        </w:tc>
        <w:tc>
          <w:tcPr>
            <w:tcW w:type="dxa" w:w="2160"/>
            <w:vAlign w:val="center"/>
          </w:tcPr>
          <w:p>
            <w:r>
              <w:t>参会人</w:t>
            </w:r>
          </w:p>
        </w:tc>
        <w:tc>
          <w:tcPr>
            <w:tcW w:type="dxa" w:w="2160"/>
            <w:vAlign w:val="center"/>
          </w:tcPr>
          <w:p>
            <w:r>
              <w:t>________________</w:t>
            </w:r>
          </w:p>
        </w:tc>
      </w:tr>
    </w:tbl>
    <w:p>
      <w:pPr>
        <w:pStyle w:val="Heading1"/>
      </w:pPr>
      <w:r>
        <w:t>一、会议目标</w:t>
      </w:r>
    </w:p>
    <w:p>
      <w:r>
        <w:t>说明本次会议必须形成的决定或输出：</w:t>
      </w:r>
    </w:p>
    <w:p>
      <w:r>
        <w:t>1. ______________________________________________</w:t>
      </w:r>
    </w:p>
    <w:p>
      <w:pPr>
        <w:pStyle w:val="Heading1"/>
      </w:pPr>
      <w:r>
        <w:t>二、讨论要点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议题</w:t>
            </w:r>
          </w:p>
        </w:tc>
        <w:tc>
          <w:tcPr>
            <w:tcW w:type="dxa" w:w="2880"/>
          </w:tcPr>
          <w:p>
            <w:r>
              <w:t>主要观点/数据</w:t>
            </w:r>
          </w:p>
        </w:tc>
        <w:tc>
          <w:tcPr>
            <w:tcW w:type="dxa" w:w="2880"/>
          </w:tcPr>
          <w:p>
            <w:r>
              <w:t>结论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</w:tbl>
    <w:p>
      <w:pPr>
        <w:pStyle w:val="Heading1"/>
      </w:pPr>
      <w:r>
        <w:t>三、行动项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编号</w:t>
            </w:r>
          </w:p>
        </w:tc>
        <w:tc>
          <w:tcPr>
            <w:tcW w:type="dxa" w:w="1728"/>
          </w:tcPr>
          <w:p>
            <w:r>
              <w:t>行动项</w:t>
            </w:r>
          </w:p>
        </w:tc>
        <w:tc>
          <w:tcPr>
            <w:tcW w:type="dxa" w:w="1728"/>
          </w:tcPr>
          <w:p>
            <w:r>
              <w:t>负责人</w:t>
            </w:r>
          </w:p>
        </w:tc>
        <w:tc>
          <w:tcPr>
            <w:tcW w:type="dxa" w:w="1728"/>
          </w:tcPr>
          <w:p>
            <w:r>
              <w:t>截止时间</w:t>
            </w:r>
          </w:p>
        </w:tc>
        <w:tc>
          <w:tcPr>
            <w:tcW w:type="dxa" w:w="1728"/>
          </w:tcPr>
          <w:p>
            <w:r>
              <w:t>完成标准</w:t>
            </w:r>
          </w:p>
        </w:tc>
      </w:tr>
      <w:tr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4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1"/>
      </w:pPr>
      <w:r>
        <w:t>四、待确认事项</w:t>
      </w:r>
    </w:p>
    <w:p>
      <w:r>
        <w:t>□ 无　□ 有：________________________________________</w:t>
      </w:r>
    </w:p>
    <w:p>
      <w:r>
        <w:t>填写说明：会后 24 小时内确认结论；行动项必须同时写清负责人、截止时间和可验证的完成标准。</w:t>
      </w:r>
    </w:p>
    <w:sectPr w:rsidR="00FC693F" w:rsidRPr="0006063C" w:rsidSect="00034616">
      <w:pgSz w:w="12240" w:h="15840"/>
      <w:pgMar w:top="936" w:right="1800" w:bottom="93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F5C4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